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00A16" w14:textId="65D1CDA4" w:rsidR="00AD3849" w:rsidRDefault="00AD3849">
      <w:pPr>
        <w:spacing w:after="0"/>
      </w:pPr>
    </w:p>
    <w:p w14:paraId="69071DEC" w14:textId="77777777" w:rsidR="0040346C" w:rsidRDefault="0040346C" w:rsidP="0040346C"/>
    <w:p w14:paraId="6CF07489" w14:textId="77777777" w:rsidR="0040346C" w:rsidRDefault="0040346C" w:rsidP="0040346C">
      <w:pPr>
        <w:spacing w:after="20" w:line="240" w:lineRule="auto"/>
        <w:jc w:val="center"/>
      </w:pPr>
      <w:r>
        <w:tab/>
      </w:r>
      <w:r>
        <w:rPr>
          <w:rFonts w:ascii="Times New Roman" w:hAnsi="Times New Roman"/>
          <w:b/>
          <w:color w:val="07553D"/>
          <w:sz w:val="28"/>
        </w:rPr>
        <w:t>TÍTULO DO TRABALHO (MODELO COM AS NORMAS DE RESUMO SIMPLES)</w:t>
      </w:r>
    </w:p>
    <w:p w14:paraId="5FB3A7C6" w14:textId="77777777" w:rsidR="0040346C" w:rsidRDefault="0040346C" w:rsidP="0040346C">
      <w:pPr>
        <w:spacing w:after="0" w:line="240" w:lineRule="auto"/>
        <w:jc w:val="center"/>
      </w:pPr>
      <w:r>
        <w:rPr>
          <w:rFonts w:ascii="Times New Roman" w:hAnsi="Times New Roman"/>
          <w:i/>
          <w:sz w:val="18"/>
        </w:rPr>
        <w:t xml:space="preserve">(Times New Roman 14, </w:t>
      </w:r>
      <w:proofErr w:type="spellStart"/>
      <w:r>
        <w:rPr>
          <w:rFonts w:ascii="Times New Roman" w:hAnsi="Times New Roman"/>
          <w:i/>
          <w:sz w:val="18"/>
        </w:rPr>
        <w:t>centralizado</w:t>
      </w:r>
      <w:proofErr w:type="spellEnd"/>
      <w:r>
        <w:rPr>
          <w:rFonts w:ascii="Times New Roman" w:hAnsi="Times New Roman"/>
          <w:i/>
          <w:sz w:val="18"/>
        </w:rPr>
        <w:t xml:space="preserve">, </w:t>
      </w:r>
      <w:proofErr w:type="spellStart"/>
      <w:r>
        <w:rPr>
          <w:rFonts w:ascii="Times New Roman" w:hAnsi="Times New Roman"/>
          <w:i/>
          <w:sz w:val="18"/>
        </w:rPr>
        <w:t>maiúsculo</w:t>
      </w:r>
      <w:proofErr w:type="spellEnd"/>
      <w:r>
        <w:rPr>
          <w:rFonts w:ascii="Times New Roman" w:hAnsi="Times New Roman"/>
          <w:i/>
          <w:sz w:val="18"/>
        </w:rPr>
        <w:t xml:space="preserve">, </w:t>
      </w:r>
      <w:proofErr w:type="spellStart"/>
      <w:r>
        <w:rPr>
          <w:rFonts w:ascii="Times New Roman" w:hAnsi="Times New Roman"/>
          <w:i/>
          <w:sz w:val="18"/>
        </w:rPr>
        <w:t>espaçamento</w:t>
      </w:r>
      <w:proofErr w:type="spellEnd"/>
      <w:r>
        <w:rPr>
          <w:rFonts w:ascii="Times New Roman" w:hAnsi="Times New Roman"/>
          <w:i/>
          <w:sz w:val="18"/>
        </w:rPr>
        <w:t xml:space="preserve"> simples)</w:t>
      </w:r>
    </w:p>
    <w:p w14:paraId="0A384873" w14:textId="77777777" w:rsidR="0040346C" w:rsidRDefault="0040346C" w:rsidP="0040346C">
      <w:pPr>
        <w:spacing w:after="40" w:line="240" w:lineRule="auto"/>
        <w:jc w:val="center"/>
      </w:pPr>
      <w:r>
        <w:rPr>
          <w:rFonts w:ascii="Times New Roman" w:hAnsi="Times New Roman"/>
          <w:i/>
          <w:sz w:val="18"/>
        </w:rPr>
        <w:t>(</w:t>
      </w:r>
      <w:proofErr w:type="spellStart"/>
      <w:r>
        <w:rPr>
          <w:rFonts w:ascii="Times New Roman" w:hAnsi="Times New Roman"/>
          <w:i/>
          <w:sz w:val="18"/>
        </w:rPr>
        <w:t>Espaço</w:t>
      </w:r>
      <w:proofErr w:type="spellEnd"/>
      <w:r>
        <w:rPr>
          <w:rFonts w:ascii="Times New Roman" w:hAnsi="Times New Roman"/>
          <w:i/>
          <w:sz w:val="18"/>
        </w:rPr>
        <w:t xml:space="preserve"> simples entre o </w:t>
      </w:r>
      <w:proofErr w:type="spellStart"/>
      <w:r>
        <w:rPr>
          <w:rFonts w:ascii="Times New Roman" w:hAnsi="Times New Roman"/>
          <w:i/>
          <w:sz w:val="18"/>
        </w:rPr>
        <w:t>título</w:t>
      </w:r>
      <w:proofErr w:type="spellEnd"/>
      <w:r>
        <w:rPr>
          <w:rFonts w:ascii="Times New Roman" w:hAnsi="Times New Roman"/>
          <w:i/>
          <w:sz w:val="18"/>
        </w:rPr>
        <w:t xml:space="preserve"> e os dados dos autores)</w:t>
      </w:r>
    </w:p>
    <w:p w14:paraId="2C401E5F" w14:textId="77777777" w:rsidR="0040346C" w:rsidRDefault="0040346C" w:rsidP="0040346C">
      <w:pPr>
        <w:spacing w:after="20" w:line="240" w:lineRule="auto"/>
        <w:jc w:val="center"/>
      </w:pPr>
      <w:r>
        <w:rPr>
          <w:rFonts w:ascii="Times New Roman" w:hAnsi="Times New Roman"/>
          <w:b/>
          <w:sz w:val="24"/>
        </w:rPr>
        <w:t xml:space="preserve">Nome </w:t>
      </w:r>
      <w:proofErr w:type="spellStart"/>
      <w:r>
        <w:rPr>
          <w:rFonts w:ascii="Times New Roman" w:hAnsi="Times New Roman"/>
          <w:b/>
          <w:sz w:val="24"/>
        </w:rPr>
        <w:t>completo</w:t>
      </w:r>
      <w:proofErr w:type="spellEnd"/>
      <w:r>
        <w:rPr>
          <w:rFonts w:ascii="Times New Roman" w:hAnsi="Times New Roman"/>
          <w:b/>
          <w:sz w:val="24"/>
        </w:rPr>
        <w:t xml:space="preserve"> do Autor¹; Nome </w:t>
      </w:r>
      <w:proofErr w:type="spellStart"/>
      <w:r>
        <w:rPr>
          <w:rFonts w:ascii="Times New Roman" w:hAnsi="Times New Roman"/>
          <w:b/>
          <w:sz w:val="24"/>
        </w:rPr>
        <w:t>completo</w:t>
      </w:r>
      <w:proofErr w:type="spellEnd"/>
      <w:r>
        <w:rPr>
          <w:rFonts w:ascii="Times New Roman" w:hAnsi="Times New Roman"/>
          <w:b/>
          <w:sz w:val="24"/>
        </w:rPr>
        <w:t xml:space="preserve"> do Autor²; Nome </w:t>
      </w:r>
      <w:proofErr w:type="spellStart"/>
      <w:r>
        <w:rPr>
          <w:rFonts w:ascii="Times New Roman" w:hAnsi="Times New Roman"/>
          <w:b/>
          <w:sz w:val="24"/>
        </w:rPr>
        <w:t>completo</w:t>
      </w:r>
      <w:proofErr w:type="spellEnd"/>
      <w:r>
        <w:rPr>
          <w:rFonts w:ascii="Times New Roman" w:hAnsi="Times New Roman"/>
          <w:b/>
          <w:sz w:val="24"/>
        </w:rPr>
        <w:t xml:space="preserve"> do Autor³; Nome </w:t>
      </w:r>
      <w:proofErr w:type="spellStart"/>
      <w:r>
        <w:rPr>
          <w:rFonts w:ascii="Times New Roman" w:hAnsi="Times New Roman"/>
          <w:b/>
          <w:sz w:val="24"/>
        </w:rPr>
        <w:t>completo</w:t>
      </w:r>
      <w:proofErr w:type="spellEnd"/>
      <w:r>
        <w:rPr>
          <w:rFonts w:ascii="Times New Roman" w:hAnsi="Times New Roman"/>
          <w:b/>
          <w:sz w:val="24"/>
        </w:rPr>
        <w:t xml:space="preserve"> do Autor⁴ ou mais, </w:t>
      </w:r>
      <w:proofErr w:type="spellStart"/>
      <w:r>
        <w:rPr>
          <w:rFonts w:ascii="Times New Roman" w:hAnsi="Times New Roman"/>
          <w:b/>
          <w:sz w:val="24"/>
        </w:rPr>
        <w:t>caso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houver</w:t>
      </w:r>
      <w:proofErr w:type="spellEnd"/>
      <w:r>
        <w:rPr>
          <w:rFonts w:ascii="Times New Roman" w:hAnsi="Times New Roman"/>
          <w:b/>
          <w:sz w:val="24"/>
        </w:rPr>
        <w:t>.</w:t>
      </w:r>
    </w:p>
    <w:p w14:paraId="32D9FE00" w14:textId="77777777" w:rsidR="0040346C" w:rsidRDefault="0040346C" w:rsidP="0040346C">
      <w:pPr>
        <w:spacing w:after="20" w:line="240" w:lineRule="auto"/>
        <w:jc w:val="center"/>
      </w:pPr>
      <w:r>
        <w:rPr>
          <w:rFonts w:ascii="Times New Roman" w:hAnsi="Times New Roman"/>
          <w:i/>
          <w:sz w:val="18"/>
        </w:rPr>
        <w:t xml:space="preserve">(Times New Roman 12, </w:t>
      </w:r>
      <w:proofErr w:type="spellStart"/>
      <w:r>
        <w:rPr>
          <w:rFonts w:ascii="Times New Roman" w:hAnsi="Times New Roman"/>
          <w:i/>
          <w:sz w:val="18"/>
        </w:rPr>
        <w:t>negrito</w:t>
      </w:r>
      <w:proofErr w:type="spellEnd"/>
      <w:r>
        <w:rPr>
          <w:rFonts w:ascii="Times New Roman" w:hAnsi="Times New Roman"/>
          <w:i/>
          <w:sz w:val="18"/>
        </w:rPr>
        <w:t xml:space="preserve">, </w:t>
      </w:r>
      <w:proofErr w:type="spellStart"/>
      <w:r>
        <w:rPr>
          <w:rFonts w:ascii="Times New Roman" w:hAnsi="Times New Roman"/>
          <w:i/>
          <w:sz w:val="18"/>
        </w:rPr>
        <w:t>centralizado</w:t>
      </w:r>
      <w:proofErr w:type="spellEnd"/>
      <w:r>
        <w:rPr>
          <w:rFonts w:ascii="Times New Roman" w:hAnsi="Times New Roman"/>
          <w:i/>
          <w:sz w:val="18"/>
        </w:rPr>
        <w:t xml:space="preserve">, </w:t>
      </w:r>
      <w:proofErr w:type="spellStart"/>
      <w:r>
        <w:rPr>
          <w:rFonts w:ascii="Times New Roman" w:hAnsi="Times New Roman"/>
          <w:i/>
          <w:sz w:val="18"/>
        </w:rPr>
        <w:t>espaçamento</w:t>
      </w:r>
      <w:proofErr w:type="spellEnd"/>
      <w:r>
        <w:rPr>
          <w:rFonts w:ascii="Times New Roman" w:hAnsi="Times New Roman"/>
          <w:i/>
          <w:sz w:val="18"/>
        </w:rPr>
        <w:t xml:space="preserve"> simples)</w:t>
      </w:r>
    </w:p>
    <w:p w14:paraId="6FF21785" w14:textId="3FA1AC35" w:rsidR="0040346C" w:rsidRDefault="0040346C" w:rsidP="0040346C">
      <w:pPr>
        <w:spacing w:after="20" w:line="240" w:lineRule="auto"/>
        <w:jc w:val="center"/>
      </w:pPr>
      <w:r>
        <w:rPr>
          <w:rFonts w:ascii="Times New Roman" w:hAnsi="Times New Roman"/>
          <w:sz w:val="20"/>
        </w:rPr>
        <w:t>¹ Identificação dos autores (formação/</w:t>
      </w:r>
      <w:proofErr w:type="spellStart"/>
      <w:r>
        <w:rPr>
          <w:rFonts w:ascii="Times New Roman" w:hAnsi="Times New Roman"/>
          <w:sz w:val="20"/>
        </w:rPr>
        <w:t>curso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Instituição</w:t>
      </w:r>
      <w:proofErr w:type="spellEnd"/>
      <w:r>
        <w:rPr>
          <w:rFonts w:ascii="Times New Roman" w:hAnsi="Times New Roman"/>
          <w:sz w:val="20"/>
        </w:rPr>
        <w:t>, e-m</w:t>
      </w:r>
      <w:r w:rsidR="002041C3">
        <w:rPr>
          <w:noProof/>
        </w:rPr>
        <w:drawing>
          <wp:inline distT="0" distB="0" distL="0" distR="0" wp14:anchorId="385855C8" wp14:editId="2FDF9C0B">
            <wp:extent cx="939800" cy="184150"/>
            <wp:effectExtent l="0" t="0" r="0" b="6350"/>
            <wp:docPr id="1232955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>ail); ² Identificação dos autores (formação/</w:t>
      </w:r>
      <w:proofErr w:type="spellStart"/>
      <w:r>
        <w:rPr>
          <w:rFonts w:ascii="Times New Roman" w:hAnsi="Times New Roman"/>
          <w:sz w:val="20"/>
        </w:rPr>
        <w:t>curso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Instituição</w:t>
      </w:r>
      <w:proofErr w:type="spellEnd"/>
      <w:r>
        <w:rPr>
          <w:rFonts w:ascii="Times New Roman" w:hAnsi="Times New Roman"/>
          <w:sz w:val="20"/>
        </w:rPr>
        <w:t>, e-mail)</w:t>
      </w:r>
    </w:p>
    <w:p w14:paraId="357D3B22" w14:textId="77777777" w:rsidR="0040346C" w:rsidRDefault="0040346C" w:rsidP="0040346C">
      <w:pPr>
        <w:spacing w:after="80" w:line="240" w:lineRule="auto"/>
        <w:jc w:val="center"/>
      </w:pPr>
      <w:r>
        <w:rPr>
          <w:rFonts w:ascii="Times New Roman" w:hAnsi="Times New Roman"/>
          <w:i/>
          <w:sz w:val="18"/>
        </w:rPr>
        <w:t xml:space="preserve">(Times New Roman 10, normal, </w:t>
      </w:r>
      <w:proofErr w:type="spellStart"/>
      <w:r>
        <w:rPr>
          <w:rFonts w:ascii="Times New Roman" w:hAnsi="Times New Roman"/>
          <w:i/>
          <w:sz w:val="18"/>
        </w:rPr>
        <w:t>centralizado</w:t>
      </w:r>
      <w:proofErr w:type="spellEnd"/>
      <w:r>
        <w:rPr>
          <w:rFonts w:ascii="Times New Roman" w:hAnsi="Times New Roman"/>
          <w:i/>
          <w:sz w:val="18"/>
        </w:rPr>
        <w:t xml:space="preserve">, </w:t>
      </w:r>
      <w:proofErr w:type="spellStart"/>
      <w:r>
        <w:rPr>
          <w:rFonts w:ascii="Times New Roman" w:hAnsi="Times New Roman"/>
          <w:i/>
          <w:sz w:val="18"/>
        </w:rPr>
        <w:t>espaçamento</w:t>
      </w:r>
      <w:proofErr w:type="spellEnd"/>
      <w:r>
        <w:rPr>
          <w:rFonts w:ascii="Times New Roman" w:hAnsi="Times New Roman"/>
          <w:i/>
          <w:sz w:val="18"/>
        </w:rPr>
        <w:t xml:space="preserve"> simples, um </w:t>
      </w:r>
      <w:proofErr w:type="spellStart"/>
      <w:r>
        <w:rPr>
          <w:rFonts w:ascii="Times New Roman" w:hAnsi="Times New Roman"/>
          <w:i/>
          <w:sz w:val="18"/>
        </w:rPr>
        <w:t>espaço</w:t>
      </w:r>
      <w:proofErr w:type="spellEnd"/>
      <w:r>
        <w:rPr>
          <w:rFonts w:ascii="Times New Roman" w:hAnsi="Times New Roman"/>
          <w:i/>
          <w:sz w:val="18"/>
        </w:rPr>
        <w:t xml:space="preserve"> simples entre os dados das </w:t>
      </w:r>
      <w:proofErr w:type="spellStart"/>
      <w:r>
        <w:rPr>
          <w:rFonts w:ascii="Times New Roman" w:hAnsi="Times New Roman"/>
          <w:i/>
          <w:sz w:val="18"/>
        </w:rPr>
        <w:t>instituições</w:t>
      </w:r>
      <w:proofErr w:type="spellEnd"/>
      <w:r>
        <w:rPr>
          <w:rFonts w:ascii="Times New Roman" w:hAnsi="Times New Roman"/>
          <w:i/>
          <w:sz w:val="18"/>
        </w:rPr>
        <w:t xml:space="preserve"> e </w:t>
      </w:r>
      <w:proofErr w:type="spellStart"/>
      <w:r>
        <w:rPr>
          <w:rFonts w:ascii="Times New Roman" w:hAnsi="Times New Roman"/>
          <w:i/>
          <w:sz w:val="18"/>
        </w:rPr>
        <w:t>resumo</w:t>
      </w:r>
      <w:proofErr w:type="spellEnd"/>
      <w:r>
        <w:rPr>
          <w:rFonts w:ascii="Times New Roman" w:hAnsi="Times New Roman"/>
          <w:i/>
          <w:sz w:val="18"/>
        </w:rPr>
        <w:t>)</w:t>
      </w:r>
    </w:p>
    <w:p w14:paraId="20525DE5" w14:textId="77777777" w:rsidR="0040346C" w:rsidRDefault="0040346C" w:rsidP="0040346C">
      <w:pPr>
        <w:spacing w:after="60" w:line="240" w:lineRule="auto"/>
        <w:jc w:val="both"/>
      </w:pPr>
      <w:r>
        <w:rPr>
          <w:rFonts w:ascii="Times New Roman" w:hAnsi="Times New Roman"/>
          <w:b/>
        </w:rPr>
        <w:t xml:space="preserve">RESUMO: </w:t>
      </w:r>
      <w:proofErr w:type="spellStart"/>
      <w:r>
        <w:rPr>
          <w:rFonts w:ascii="Times New Roman" w:hAnsi="Times New Roman"/>
        </w:rPr>
        <w:t>Instruções</w:t>
      </w:r>
      <w:proofErr w:type="spellEnd"/>
      <w:r>
        <w:rPr>
          <w:rFonts w:ascii="Times New Roman" w:hAnsi="Times New Roman"/>
        </w:rPr>
        <w:t xml:space="preserve"> para submissão de trabalhos (</w:t>
      </w:r>
      <w:proofErr w:type="spellStart"/>
      <w:r>
        <w:rPr>
          <w:rFonts w:ascii="Times New Roman" w:hAnsi="Times New Roman"/>
        </w:rPr>
        <w:t>Resumo</w:t>
      </w:r>
      <w:proofErr w:type="spellEnd"/>
      <w:r>
        <w:rPr>
          <w:rFonts w:ascii="Times New Roman" w:hAnsi="Times New Roman"/>
        </w:rPr>
        <w:t xml:space="preserve"> simples). Os trabalhos </w:t>
      </w:r>
      <w:proofErr w:type="spellStart"/>
      <w:r>
        <w:rPr>
          <w:rFonts w:ascii="Times New Roman" w:hAnsi="Times New Roman"/>
        </w:rPr>
        <w:t>serão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submetidos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formato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resumo</w:t>
      </w:r>
      <w:proofErr w:type="spellEnd"/>
      <w:r>
        <w:rPr>
          <w:rFonts w:ascii="Times New Roman" w:hAnsi="Times New Roman"/>
        </w:rPr>
        <w:t xml:space="preserve"> simples e </w:t>
      </w:r>
      <w:proofErr w:type="spellStart"/>
      <w:r>
        <w:rPr>
          <w:rFonts w:ascii="Times New Roman" w:hAnsi="Times New Roman"/>
        </w:rPr>
        <w:t>apresentados</w:t>
      </w:r>
      <w:proofErr w:type="spellEnd"/>
      <w:r>
        <w:rPr>
          <w:rFonts w:ascii="Times New Roman" w:hAnsi="Times New Roman"/>
        </w:rPr>
        <w:t xml:space="preserve"> na forma </w:t>
      </w:r>
      <w:proofErr w:type="spellStart"/>
      <w:r>
        <w:rPr>
          <w:rFonts w:ascii="Times New Roman" w:hAnsi="Times New Roman"/>
        </w:rPr>
        <w:t>pôster</w:t>
      </w:r>
      <w:proofErr w:type="spellEnd"/>
      <w:r>
        <w:rPr>
          <w:rFonts w:ascii="Times New Roman" w:hAnsi="Times New Roman"/>
        </w:rPr>
        <w:t xml:space="preserve">. As </w:t>
      </w:r>
      <w:proofErr w:type="spellStart"/>
      <w:r>
        <w:rPr>
          <w:rFonts w:ascii="Times New Roman" w:hAnsi="Times New Roman"/>
        </w:rPr>
        <w:t>normas</w:t>
      </w:r>
      <w:proofErr w:type="spellEnd"/>
      <w:r>
        <w:rPr>
          <w:rFonts w:ascii="Times New Roman" w:hAnsi="Times New Roman"/>
        </w:rPr>
        <w:t xml:space="preserve"> para a </w:t>
      </w:r>
      <w:proofErr w:type="spellStart"/>
      <w:r>
        <w:rPr>
          <w:rFonts w:ascii="Times New Roman" w:hAnsi="Times New Roman"/>
        </w:rPr>
        <w:t>apresentação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serão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disponibilizadas</w:t>
      </w:r>
      <w:proofErr w:type="spellEnd"/>
      <w:r>
        <w:rPr>
          <w:rFonts w:ascii="Times New Roman" w:hAnsi="Times New Roman"/>
        </w:rPr>
        <w:t xml:space="preserve"> no site </w:t>
      </w:r>
      <w:proofErr w:type="gramStart"/>
      <w:r>
        <w:rPr>
          <w:rFonts w:ascii="Times New Roman" w:hAnsi="Times New Roman"/>
        </w:rPr>
        <w:t>do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evento</w:t>
      </w:r>
      <w:proofErr w:type="spellEnd"/>
      <w:r>
        <w:rPr>
          <w:rFonts w:ascii="Times New Roman" w:hAnsi="Times New Roman"/>
        </w:rPr>
        <w:t xml:space="preserve">. O </w:t>
      </w:r>
      <w:proofErr w:type="spellStart"/>
      <w:r>
        <w:rPr>
          <w:rFonts w:ascii="Times New Roman" w:hAnsi="Times New Roman"/>
        </w:rPr>
        <w:t>resumo</w:t>
      </w:r>
      <w:proofErr w:type="spellEnd"/>
      <w:r>
        <w:rPr>
          <w:rFonts w:ascii="Times New Roman" w:hAnsi="Times New Roman"/>
        </w:rPr>
        <w:t xml:space="preserve"> do trabalho </w:t>
      </w:r>
      <w:proofErr w:type="spellStart"/>
      <w:r>
        <w:rPr>
          <w:rFonts w:ascii="Times New Roman" w:hAnsi="Times New Roman"/>
        </w:rPr>
        <w:t>deverá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possuir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até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máximo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2000 </w:t>
      </w:r>
      <w:proofErr w:type="spellStart"/>
      <w:r>
        <w:rPr>
          <w:rFonts w:ascii="Times New Roman" w:hAnsi="Times New Roman"/>
          <w:b/>
        </w:rPr>
        <w:t>caracteres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incluindo</w:t>
      </w:r>
      <w:proofErr w:type="spellEnd"/>
      <w:r>
        <w:rPr>
          <w:rFonts w:ascii="Times New Roman" w:hAnsi="Times New Roman"/>
          <w:b/>
        </w:rPr>
        <w:t xml:space="preserve"> os </w:t>
      </w:r>
      <w:proofErr w:type="spellStart"/>
      <w:r>
        <w:rPr>
          <w:rFonts w:ascii="Times New Roman" w:hAnsi="Times New Roman"/>
          <w:b/>
        </w:rPr>
        <w:t>espaços</w:t>
      </w:r>
      <w:proofErr w:type="spellEnd"/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Não </w:t>
      </w:r>
      <w:proofErr w:type="spellStart"/>
      <w:r>
        <w:rPr>
          <w:rFonts w:ascii="Times New Roman" w:hAnsi="Times New Roman"/>
        </w:rPr>
        <w:t>serão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aceitos</w:t>
      </w:r>
      <w:proofErr w:type="spellEnd"/>
      <w:r>
        <w:rPr>
          <w:rFonts w:ascii="Times New Roman" w:hAnsi="Times New Roman"/>
        </w:rPr>
        <w:t xml:space="preserve"> trabalhos que ainda não foram </w:t>
      </w:r>
      <w:proofErr w:type="spellStart"/>
      <w:r>
        <w:rPr>
          <w:rFonts w:ascii="Times New Roman" w:hAnsi="Times New Roman"/>
        </w:rPr>
        <w:t>executados</w:t>
      </w:r>
      <w:proofErr w:type="spellEnd"/>
      <w:r>
        <w:rPr>
          <w:rFonts w:ascii="Times New Roman" w:hAnsi="Times New Roman"/>
        </w:rPr>
        <w:t xml:space="preserve">. Os trabalhos </w:t>
      </w:r>
      <w:proofErr w:type="spellStart"/>
      <w:r>
        <w:rPr>
          <w:rFonts w:ascii="Times New Roman" w:hAnsi="Times New Roman"/>
        </w:rPr>
        <w:t>submetidos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deverão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obrigatoriamente</w:t>
      </w:r>
      <w:proofErr w:type="spellEnd"/>
      <w:r>
        <w:rPr>
          <w:rFonts w:ascii="Times New Roman" w:hAnsi="Times New Roman"/>
        </w:rPr>
        <w:t xml:space="preserve">, ser </w:t>
      </w:r>
      <w:proofErr w:type="spellStart"/>
      <w:r>
        <w:rPr>
          <w:rFonts w:ascii="Times New Roman" w:hAnsi="Times New Roman"/>
        </w:rPr>
        <w:t>revisados</w:t>
      </w:r>
      <w:proofErr w:type="spellEnd"/>
      <w:r>
        <w:rPr>
          <w:rFonts w:ascii="Times New Roman" w:hAnsi="Times New Roman"/>
        </w:rPr>
        <w:t xml:space="preserve"> pelo professor </w:t>
      </w:r>
      <w:proofErr w:type="spellStart"/>
      <w:r>
        <w:rPr>
          <w:rFonts w:ascii="Times New Roman" w:hAnsi="Times New Roman"/>
        </w:rPr>
        <w:t>orientador</w:t>
      </w:r>
      <w:proofErr w:type="spellEnd"/>
      <w:r>
        <w:rPr>
          <w:rFonts w:ascii="Times New Roman" w:hAnsi="Times New Roman"/>
        </w:rPr>
        <w:t xml:space="preserve">. É </w:t>
      </w:r>
      <w:proofErr w:type="spellStart"/>
      <w:r>
        <w:rPr>
          <w:rFonts w:ascii="Times New Roman" w:hAnsi="Times New Roman"/>
        </w:rPr>
        <w:t>importante</w:t>
      </w:r>
      <w:proofErr w:type="spellEnd"/>
      <w:r>
        <w:rPr>
          <w:rFonts w:ascii="Times New Roman" w:hAnsi="Times New Roman"/>
        </w:rPr>
        <w:t xml:space="preserve"> que </w:t>
      </w:r>
      <w:proofErr w:type="spellStart"/>
      <w:r>
        <w:rPr>
          <w:rFonts w:ascii="Times New Roman" w:hAnsi="Times New Roman"/>
        </w:rPr>
        <w:t>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resumo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apresente</w:t>
      </w:r>
      <w:proofErr w:type="spellEnd"/>
      <w:r>
        <w:rPr>
          <w:rFonts w:ascii="Times New Roman" w:hAnsi="Times New Roman"/>
        </w:rPr>
        <w:t xml:space="preserve"> as principais partes do </w:t>
      </w:r>
      <w:proofErr w:type="spellStart"/>
      <w:r>
        <w:rPr>
          <w:rFonts w:ascii="Times New Roman" w:hAnsi="Times New Roman"/>
        </w:rPr>
        <w:t>estudo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 w:rsidRPr="001B1E3C">
        <w:rPr>
          <w:b/>
          <w:bCs/>
        </w:rPr>
        <w:t>introdução</w:t>
      </w:r>
      <w:proofErr w:type="spellEnd"/>
      <w:r>
        <w:t xml:space="preserve">, </w:t>
      </w:r>
      <w:proofErr w:type="spellStart"/>
      <w:r>
        <w:rPr>
          <w:rFonts w:ascii="Times New Roman" w:hAnsi="Times New Roman"/>
          <w:b/>
        </w:rPr>
        <w:t>objetivo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método</w:t>
      </w:r>
      <w:proofErr w:type="spellEnd"/>
      <w:r>
        <w:rPr>
          <w:rFonts w:ascii="Times New Roman" w:hAnsi="Times New Roman"/>
          <w:b/>
        </w:rPr>
        <w:t>, principais resultados</w:t>
      </w:r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agradecimentos</w:t>
      </w:r>
      <w:proofErr w:type="spellEnd"/>
      <w:r>
        <w:rPr>
          <w:rFonts w:ascii="Times New Roman" w:hAnsi="Times New Roman"/>
        </w:rPr>
        <w:t xml:space="preserve"> ao </w:t>
      </w:r>
      <w:proofErr w:type="spellStart"/>
      <w:r>
        <w:rPr>
          <w:rFonts w:ascii="Times New Roman" w:hAnsi="Times New Roman"/>
        </w:rPr>
        <w:t>órgão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instituição</w:t>
      </w:r>
      <w:proofErr w:type="spellEnd"/>
      <w:r>
        <w:rPr>
          <w:rFonts w:ascii="Times New Roman" w:hAnsi="Times New Roman"/>
        </w:rPr>
        <w:t xml:space="preserve"> que </w:t>
      </w:r>
      <w:proofErr w:type="spellStart"/>
      <w:r>
        <w:rPr>
          <w:rFonts w:ascii="Times New Roman" w:hAnsi="Times New Roman"/>
        </w:rPr>
        <w:t>fomentou</w:t>
      </w:r>
      <w:proofErr w:type="spellEnd"/>
      <w:r>
        <w:rPr>
          <w:rFonts w:ascii="Times New Roman" w:hAnsi="Times New Roman"/>
        </w:rPr>
        <w:t xml:space="preserve"> o projeto (</w:t>
      </w:r>
      <w:proofErr w:type="spellStart"/>
      <w:r>
        <w:rPr>
          <w:rFonts w:ascii="Times New Roman" w:hAnsi="Times New Roman"/>
        </w:rPr>
        <w:t>caso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tenha</w:t>
      </w:r>
      <w:proofErr w:type="spellEnd"/>
      <w:r>
        <w:rPr>
          <w:rFonts w:ascii="Times New Roman" w:hAnsi="Times New Roman"/>
        </w:rPr>
        <w:t xml:space="preserve">). Trabalhos que </w:t>
      </w:r>
      <w:proofErr w:type="spellStart"/>
      <w:r>
        <w:rPr>
          <w:rFonts w:ascii="Times New Roman" w:hAnsi="Times New Roman"/>
        </w:rPr>
        <w:t>desobedecerem</w:t>
      </w:r>
      <w:proofErr w:type="spellEnd"/>
      <w:r>
        <w:rPr>
          <w:rFonts w:ascii="Times New Roman" w:hAnsi="Times New Roman"/>
        </w:rPr>
        <w:t xml:space="preserve"> às </w:t>
      </w:r>
      <w:proofErr w:type="spellStart"/>
      <w:r>
        <w:rPr>
          <w:rFonts w:ascii="Times New Roman" w:hAnsi="Times New Roman"/>
        </w:rPr>
        <w:t>normas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aqui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descritas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serão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RECUSADOS.</w:t>
      </w:r>
      <w:r>
        <w:rPr>
          <w:rFonts w:ascii="Times New Roman" w:hAnsi="Times New Roman"/>
        </w:rPr>
        <w:t xml:space="preserve"> Os trabalhos </w:t>
      </w:r>
      <w:proofErr w:type="spellStart"/>
      <w:r>
        <w:rPr>
          <w:rFonts w:ascii="Times New Roman" w:hAnsi="Times New Roman"/>
        </w:rPr>
        <w:t>deverão</w:t>
      </w:r>
      <w:proofErr w:type="spellEnd"/>
      <w:r>
        <w:rPr>
          <w:rFonts w:ascii="Times New Roman" w:hAnsi="Times New Roman"/>
        </w:rPr>
        <w:t xml:space="preserve"> ser </w:t>
      </w:r>
      <w:proofErr w:type="spellStart"/>
      <w:r>
        <w:rPr>
          <w:rFonts w:ascii="Times New Roman" w:hAnsi="Times New Roman"/>
        </w:rPr>
        <w:t>submetidos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exclusivamente</w:t>
      </w:r>
      <w:proofErr w:type="spellEnd"/>
      <w:r>
        <w:rPr>
          <w:rFonts w:ascii="Times New Roman" w:hAnsi="Times New Roman"/>
        </w:rPr>
        <w:t xml:space="preserve"> pelo site do </w:t>
      </w:r>
      <w:proofErr w:type="spellStart"/>
      <w:r>
        <w:rPr>
          <w:rFonts w:ascii="Times New Roman" w:hAnsi="Times New Roman"/>
        </w:rPr>
        <w:t>evento</w:t>
      </w:r>
      <w:proofErr w:type="spellEnd"/>
      <w:r>
        <w:rPr>
          <w:rFonts w:ascii="Times New Roman" w:hAnsi="Times New Roman"/>
        </w:rPr>
        <w:t>.</w:t>
      </w:r>
    </w:p>
    <w:p w14:paraId="12E8EC2B" w14:textId="77777777" w:rsidR="0040346C" w:rsidRDefault="0040346C" w:rsidP="0040346C">
      <w:pPr>
        <w:spacing w:after="60" w:line="240" w:lineRule="auto"/>
        <w:jc w:val="both"/>
      </w:pPr>
      <w:r>
        <w:rPr>
          <w:rFonts w:ascii="Times New Roman" w:hAnsi="Times New Roman"/>
          <w:i/>
          <w:sz w:val="18"/>
        </w:rPr>
        <w:t xml:space="preserve">(Times New Roman 11, normal, </w:t>
      </w:r>
      <w:proofErr w:type="spellStart"/>
      <w:r>
        <w:rPr>
          <w:rFonts w:ascii="Times New Roman" w:hAnsi="Times New Roman"/>
          <w:i/>
          <w:sz w:val="18"/>
        </w:rPr>
        <w:t>justificado</w:t>
      </w:r>
      <w:proofErr w:type="spellEnd"/>
      <w:r>
        <w:rPr>
          <w:rFonts w:ascii="Times New Roman" w:hAnsi="Times New Roman"/>
          <w:i/>
          <w:sz w:val="18"/>
        </w:rPr>
        <w:t xml:space="preserve">, </w:t>
      </w:r>
      <w:proofErr w:type="spellStart"/>
      <w:r>
        <w:rPr>
          <w:rFonts w:ascii="Times New Roman" w:hAnsi="Times New Roman"/>
          <w:i/>
          <w:sz w:val="18"/>
        </w:rPr>
        <w:t>espaçamento</w:t>
      </w:r>
      <w:proofErr w:type="spellEnd"/>
      <w:r>
        <w:rPr>
          <w:rFonts w:ascii="Times New Roman" w:hAnsi="Times New Roman"/>
          <w:i/>
          <w:sz w:val="18"/>
        </w:rPr>
        <w:t xml:space="preserve"> simples, </w:t>
      </w:r>
      <w:proofErr w:type="spellStart"/>
      <w:r>
        <w:rPr>
          <w:rFonts w:ascii="Times New Roman" w:hAnsi="Times New Roman"/>
          <w:i/>
          <w:sz w:val="18"/>
        </w:rPr>
        <w:t>intervalo</w:t>
      </w:r>
      <w:proofErr w:type="spellEnd"/>
      <w:r>
        <w:rPr>
          <w:rFonts w:ascii="Times New Roman" w:hAnsi="Times New Roman"/>
          <w:i/>
          <w:sz w:val="18"/>
        </w:rPr>
        <w:t xml:space="preserve"> de um </w:t>
      </w:r>
      <w:proofErr w:type="spellStart"/>
      <w:r>
        <w:rPr>
          <w:rFonts w:ascii="Times New Roman" w:hAnsi="Times New Roman"/>
          <w:i/>
          <w:sz w:val="18"/>
        </w:rPr>
        <w:t>espaço</w:t>
      </w:r>
      <w:proofErr w:type="spellEnd"/>
      <w:r>
        <w:rPr>
          <w:rFonts w:ascii="Times New Roman" w:hAnsi="Times New Roman"/>
          <w:i/>
          <w:sz w:val="18"/>
        </w:rPr>
        <w:t xml:space="preserve"> simples entre </w:t>
      </w:r>
      <w:proofErr w:type="spellStart"/>
      <w:r>
        <w:rPr>
          <w:rFonts w:ascii="Times New Roman" w:hAnsi="Times New Roman"/>
          <w:i/>
          <w:sz w:val="18"/>
        </w:rPr>
        <w:t>resumo</w:t>
      </w:r>
      <w:proofErr w:type="spellEnd"/>
      <w:r>
        <w:rPr>
          <w:rFonts w:ascii="Times New Roman" w:hAnsi="Times New Roman"/>
          <w:i/>
          <w:sz w:val="18"/>
        </w:rPr>
        <w:t xml:space="preserve"> e palavras-chave </w:t>
      </w:r>
      <w:proofErr w:type="spellStart"/>
      <w:r>
        <w:rPr>
          <w:rFonts w:ascii="Times New Roman" w:hAnsi="Times New Roman"/>
          <w:i/>
          <w:sz w:val="18"/>
        </w:rPr>
        <w:t>adicionais</w:t>
      </w:r>
      <w:proofErr w:type="spellEnd"/>
      <w:r>
        <w:rPr>
          <w:rFonts w:ascii="Times New Roman" w:hAnsi="Times New Roman"/>
          <w:i/>
          <w:sz w:val="18"/>
        </w:rPr>
        <w:t>).</w:t>
      </w:r>
    </w:p>
    <w:p w14:paraId="0CB8D629" w14:textId="77777777" w:rsidR="0040346C" w:rsidRDefault="0040346C" w:rsidP="0040346C">
      <w:pPr>
        <w:spacing w:after="60" w:line="240" w:lineRule="auto"/>
        <w:jc w:val="both"/>
      </w:pPr>
      <w:r>
        <w:rPr>
          <w:rFonts w:ascii="Times New Roman" w:hAnsi="Times New Roman"/>
          <w:b/>
        </w:rPr>
        <w:t xml:space="preserve">Palavras-chave: </w:t>
      </w:r>
      <w:proofErr w:type="spellStart"/>
      <w:r>
        <w:rPr>
          <w:rFonts w:ascii="Times New Roman" w:hAnsi="Times New Roman"/>
        </w:rPr>
        <w:t>máximo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cinco</w:t>
      </w:r>
      <w:proofErr w:type="spellEnd"/>
      <w:r>
        <w:rPr>
          <w:rFonts w:ascii="Times New Roman" w:hAnsi="Times New Roman"/>
        </w:rPr>
        <w:t xml:space="preserve"> palavras-chave em </w:t>
      </w:r>
      <w:proofErr w:type="spellStart"/>
      <w:r>
        <w:rPr>
          <w:rFonts w:ascii="Times New Roman" w:hAnsi="Times New Roman"/>
        </w:rPr>
        <w:t>ordem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alfabética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separadas</w:t>
      </w:r>
      <w:proofErr w:type="spellEnd"/>
      <w:r>
        <w:rPr>
          <w:rFonts w:ascii="Times New Roman" w:hAnsi="Times New Roman"/>
        </w:rPr>
        <w:t xml:space="preserve"> por ponto e </w:t>
      </w:r>
      <w:proofErr w:type="spellStart"/>
      <w:r>
        <w:rPr>
          <w:rFonts w:ascii="Times New Roman" w:hAnsi="Times New Roman"/>
        </w:rPr>
        <w:t>vírgula</w:t>
      </w:r>
      <w:proofErr w:type="spellEnd"/>
      <w:r>
        <w:rPr>
          <w:rFonts w:ascii="Times New Roman" w:hAnsi="Times New Roman"/>
        </w:rPr>
        <w:t>.</w:t>
      </w:r>
    </w:p>
    <w:p w14:paraId="29FCA0A3" w14:textId="77777777" w:rsidR="0040346C" w:rsidRDefault="0040346C" w:rsidP="0040346C">
      <w:pPr>
        <w:spacing w:line="240" w:lineRule="auto"/>
        <w:jc w:val="both"/>
      </w:pPr>
      <w:proofErr w:type="spellStart"/>
      <w:r>
        <w:rPr>
          <w:rFonts w:ascii="Times New Roman" w:hAnsi="Times New Roman"/>
          <w:b/>
        </w:rPr>
        <w:t>Agradecimentos</w:t>
      </w:r>
      <w:proofErr w:type="spellEnd"/>
      <w:r>
        <w:rPr>
          <w:rFonts w:ascii="Times New Roman" w:hAnsi="Times New Roman"/>
          <w:b/>
        </w:rPr>
        <w:t xml:space="preserve">: </w:t>
      </w:r>
      <w:proofErr w:type="spellStart"/>
      <w:r>
        <w:rPr>
          <w:rFonts w:ascii="Times New Roman" w:hAnsi="Times New Roman"/>
        </w:rPr>
        <w:t>Indicar</w:t>
      </w:r>
      <w:proofErr w:type="spellEnd"/>
      <w:r>
        <w:rPr>
          <w:rFonts w:ascii="Times New Roman" w:hAnsi="Times New Roman"/>
        </w:rPr>
        <w:t xml:space="preserve"> as </w:t>
      </w:r>
      <w:proofErr w:type="spellStart"/>
      <w:r>
        <w:rPr>
          <w:rFonts w:ascii="Times New Roman" w:hAnsi="Times New Roman"/>
        </w:rPr>
        <w:t>fontes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financiamento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órgão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instituição</w:t>
      </w:r>
      <w:proofErr w:type="spellEnd"/>
      <w:r>
        <w:rPr>
          <w:rFonts w:ascii="Times New Roman" w:hAnsi="Times New Roman"/>
        </w:rPr>
        <w:t>) do projeto (</w:t>
      </w:r>
      <w:proofErr w:type="spellStart"/>
      <w:r>
        <w:rPr>
          <w:rFonts w:ascii="Times New Roman" w:hAnsi="Times New Roman"/>
        </w:rPr>
        <w:t>caso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tenha</w:t>
      </w:r>
      <w:proofErr w:type="spellEnd"/>
      <w:r>
        <w:rPr>
          <w:rFonts w:ascii="Times New Roman" w:hAnsi="Times New Roman"/>
        </w:rPr>
        <w:t>).</w:t>
      </w:r>
    </w:p>
    <w:p w14:paraId="0222474A" w14:textId="5BAB5A77" w:rsidR="0040346C" w:rsidRPr="0040346C" w:rsidRDefault="0040346C" w:rsidP="0040346C">
      <w:pPr>
        <w:tabs>
          <w:tab w:val="left" w:pos="3396"/>
        </w:tabs>
      </w:pPr>
    </w:p>
    <w:sectPr w:rsidR="0040346C" w:rsidRPr="0040346C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2376" w:right="1008" w:bottom="1800" w:left="100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D1F5E" w14:textId="77777777" w:rsidR="00B1059B" w:rsidRDefault="00B1059B">
      <w:pPr>
        <w:spacing w:after="0" w:line="240" w:lineRule="auto"/>
      </w:pPr>
      <w:r>
        <w:separator/>
      </w:r>
    </w:p>
  </w:endnote>
  <w:endnote w:type="continuationSeparator" w:id="0">
    <w:p w14:paraId="1B289E46" w14:textId="77777777" w:rsidR="00B1059B" w:rsidRDefault="00B10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54DA" w14:textId="77777777" w:rsidR="002041C3" w:rsidRDefault="002041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7C705" w14:textId="7A4755B8" w:rsidR="002041C3" w:rsidRDefault="0004278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B07180" wp14:editId="22CAB750">
              <wp:simplePos x="0" y="0"/>
              <wp:positionH relativeFrom="column">
                <wp:posOffset>6344920</wp:posOffset>
              </wp:positionH>
              <wp:positionV relativeFrom="paragraph">
                <wp:posOffset>-283210</wp:posOffset>
              </wp:positionV>
              <wp:extent cx="285750" cy="222250"/>
              <wp:effectExtent l="0" t="0" r="0" b="6350"/>
              <wp:wrapNone/>
              <wp:docPr id="6062797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750" cy="222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839627" w14:textId="35114180" w:rsidR="00042780" w:rsidRDefault="00042780">
                          <w: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07180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499.6pt;margin-top:-22.3pt;width:22.5pt;height: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" filled="f" stroked="f" strokeweight=".5pt">
              <v:textbox>
                <w:txbxContent>
                  <w:p w14:paraId="25839627" w14:textId="35114180" w:rsidR="00042780" w:rsidRDefault="00042780">
                    <w:r>
                      <w:t>1</w:t>
                    </w:r>
                  </w:p>
                </w:txbxContent>
              </v:textbox>
            </v:shape>
          </w:pict>
        </mc:Fallback>
      </mc:AlternateContent>
    </w:r>
    <w:r w:rsidR="006A270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20F49" wp14:editId="6EF0D94A">
              <wp:simplePos x="0" y="0"/>
              <wp:positionH relativeFrom="column">
                <wp:posOffset>6154420</wp:posOffset>
              </wp:positionH>
              <wp:positionV relativeFrom="paragraph">
                <wp:posOffset>-397510</wp:posOffset>
              </wp:positionV>
              <wp:extent cx="641350" cy="457200"/>
              <wp:effectExtent l="57150" t="19050" r="82550" b="95250"/>
              <wp:wrapNone/>
              <wp:docPr id="1785666461" name="Fluxograma: Co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350" cy="457200"/>
                      </a:xfrm>
                      <a:prstGeom prst="flowChartConnector">
                        <a:avLst/>
                      </a:prstGeom>
                      <a:solidFill>
                        <a:schemeClr val="accent6">
                          <a:lumMod val="50000"/>
                        </a:schemeClr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36B7ED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Fluxograma: Conector 3" o:spid="_x0000_s1026" type="#_x0000_t120" style="position:absolute;margin-left:484.6pt;margin-top:-31.3pt;width:50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" fillcolor="#974706 [1609]" strokecolor="black [3213]">
              <v:shadow on="t" color="black" opacity="22937f" origin=",.5" offset="0,.63889mm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4716" w14:textId="77777777" w:rsidR="002041C3" w:rsidRDefault="002041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C521A" w14:textId="77777777" w:rsidR="00B1059B" w:rsidRDefault="00B1059B">
      <w:pPr>
        <w:spacing w:after="0" w:line="240" w:lineRule="auto"/>
      </w:pPr>
      <w:r>
        <w:separator/>
      </w:r>
    </w:p>
  </w:footnote>
  <w:footnote w:type="continuationSeparator" w:id="0">
    <w:p w14:paraId="0ED51318" w14:textId="77777777" w:rsidR="00B1059B" w:rsidRDefault="00B10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7D3AF" w14:textId="77777777" w:rsidR="002041C3" w:rsidRDefault="002041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5A1A6" w14:textId="77777777" w:rsidR="002041C3" w:rsidRDefault="002041C3">
    <w:pPr>
      <w:pStyle w:val="Cabealho"/>
      <w:jc w:val="center"/>
    </w:pPr>
  </w:p>
  <w:p w14:paraId="3265D289" w14:textId="77777777" w:rsidR="002041C3" w:rsidRDefault="002041C3">
    <w:pPr>
      <w:pStyle w:val="Cabealho"/>
      <w:jc w:val="center"/>
    </w:pPr>
  </w:p>
  <w:p w14:paraId="57C5C469" w14:textId="77777777" w:rsidR="002041C3" w:rsidRDefault="002041C3">
    <w:pPr>
      <w:pStyle w:val="Cabealho"/>
      <w:jc w:val="center"/>
    </w:pPr>
  </w:p>
  <w:p w14:paraId="4381C11C" w14:textId="77777777" w:rsidR="002041C3" w:rsidRDefault="002041C3">
    <w:pPr>
      <w:pStyle w:val="Cabealho"/>
      <w:jc w:val="center"/>
    </w:pPr>
    <w:r>
      <w:t xml:space="preserve">                                              </w:t>
    </w:r>
  </w:p>
  <w:p w14:paraId="40FD0570" w14:textId="77777777" w:rsidR="002041C3" w:rsidRDefault="002041C3">
    <w:pPr>
      <w:pStyle w:val="Cabealho"/>
      <w:jc w:val="center"/>
    </w:pPr>
  </w:p>
  <w:p w14:paraId="69285544" w14:textId="77777777" w:rsidR="002041C3" w:rsidRDefault="002041C3">
    <w:pPr>
      <w:pStyle w:val="Cabealho"/>
      <w:jc w:val="center"/>
    </w:pPr>
  </w:p>
  <w:p w14:paraId="220032CE" w14:textId="77777777" w:rsidR="002041C3" w:rsidRDefault="002041C3">
    <w:pPr>
      <w:pStyle w:val="Cabealho"/>
      <w:jc w:val="center"/>
    </w:pPr>
  </w:p>
  <w:p w14:paraId="1AE2EA1C" w14:textId="77777777" w:rsidR="002041C3" w:rsidRDefault="002041C3">
    <w:pPr>
      <w:pStyle w:val="Cabealho"/>
      <w:jc w:val="center"/>
    </w:pPr>
  </w:p>
  <w:p w14:paraId="764B7E66" w14:textId="79DDFFE0" w:rsidR="00AD3849" w:rsidRDefault="002041C3">
    <w:pPr>
      <w:pStyle w:val="Cabealho"/>
      <w:jc w:val="center"/>
    </w:pPr>
    <w:r>
      <w:t xml:space="preserve">                                                                                       </w:t>
    </w:r>
    <w:r>
      <w:rPr>
        <w:noProof/>
      </w:rPr>
      <w:drawing>
        <wp:inline distT="0" distB="0" distL="0" distR="0" wp14:anchorId="2227BBC9" wp14:editId="695BCB02">
          <wp:extent cx="939800" cy="182880"/>
          <wp:effectExtent l="0" t="0" r="0" b="7620"/>
          <wp:docPr id="44911546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5C1F">
      <w:rPr>
        <w:noProof/>
      </w:rPr>
      <w:drawing>
        <wp:anchor distT="0" distB="0" distL="0" distR="0" simplePos="0" relativeHeight="251658240" behindDoc="1" locked="0" layoutInCell="1" allowOverlap="1" wp14:anchorId="03EAC17B" wp14:editId="4CBCEAB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088" cy="10689336"/>
          <wp:effectExtent l="0" t="0" r="127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_clean_vertical_letterhead_page_template_style_i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2088" cy="106893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EEA3" w14:textId="77777777" w:rsidR="002041C3" w:rsidRDefault="002041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8801440">
    <w:abstractNumId w:val="8"/>
  </w:num>
  <w:num w:numId="2" w16cid:durableId="1422871225">
    <w:abstractNumId w:val="6"/>
  </w:num>
  <w:num w:numId="3" w16cid:durableId="1952205465">
    <w:abstractNumId w:val="5"/>
  </w:num>
  <w:num w:numId="4" w16cid:durableId="607156825">
    <w:abstractNumId w:val="4"/>
  </w:num>
  <w:num w:numId="5" w16cid:durableId="786849149">
    <w:abstractNumId w:val="7"/>
  </w:num>
  <w:num w:numId="6" w16cid:durableId="1917858246">
    <w:abstractNumId w:val="3"/>
  </w:num>
  <w:num w:numId="7" w16cid:durableId="1916426591">
    <w:abstractNumId w:val="2"/>
  </w:num>
  <w:num w:numId="8" w16cid:durableId="251360873">
    <w:abstractNumId w:val="1"/>
  </w:num>
  <w:num w:numId="9" w16cid:durableId="1861312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780"/>
    <w:rsid w:val="0006063C"/>
    <w:rsid w:val="000E1599"/>
    <w:rsid w:val="0015074B"/>
    <w:rsid w:val="002041C3"/>
    <w:rsid w:val="0029639D"/>
    <w:rsid w:val="00326F90"/>
    <w:rsid w:val="00365C1F"/>
    <w:rsid w:val="0040346C"/>
    <w:rsid w:val="006A270B"/>
    <w:rsid w:val="00A46808"/>
    <w:rsid w:val="00AA1D8D"/>
    <w:rsid w:val="00AD3849"/>
    <w:rsid w:val="00B1059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B9B7AF"/>
  <w14:defaultImageDpi w14:val="300"/>
  <w15:docId w15:val="{010DAD44-58E5-483C-BC9A-627DD16F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Camila  Regina Vale</cp:lastModifiedBy>
  <cp:revision>6</cp:revision>
  <dcterms:created xsi:type="dcterms:W3CDTF">2026-09-15T21:07:00Z</dcterms:created>
  <dcterms:modified xsi:type="dcterms:W3CDTF">2026-09-15T21:31:00Z</dcterms:modified>
  <cp:category/>
</cp:coreProperties>
</file>