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center"/>
        <w:rPr/>
      </w:pPr>
      <w:r>
        <w:rPr>
          <w:b/>
          <w:bCs/>
          <w:sz w:val="36"/>
          <w:szCs w:val="36"/>
        </w:rPr>
        <w:t>FEIRA DE CIÊNCIAS — SNCT 2026</w:t>
      </w:r>
    </w:p>
    <w:p>
      <w:pPr>
        <w:pStyle w:val="Normal1"/>
        <w:jc w:val="center"/>
        <w:rPr/>
      </w:pPr>
      <w:r>
        <w:rPr>
          <w:i/>
          <w:iCs/>
          <w:sz w:val="22"/>
          <w:szCs w:val="22"/>
        </w:rPr>
        <w:t>Modelo para Submissão de Trabalho</w:t>
      </w:r>
    </w:p>
    <w:p>
      <w:pPr>
        <w:pStyle w:val="Normal1"/>
        <w:rPr/>
      </w:pPr>
      <w:r>
        <w:rPr/>
        <w:t>Preencha as informações abaixo. A submissão deve ser realizada por apenas um integrante da equipe.</w:t>
      </w:r>
    </w:p>
    <w:p>
      <w:pPr>
        <w:pStyle w:val="Ttulo1"/>
        <w:rPr/>
      </w:pPr>
      <w:r>
        <w:rPr/>
        <w:t>1. Identificação do trabalho</w:t>
      </w:r>
    </w:p>
    <w:tbl>
      <w:tblPr>
        <w:tblStyle w:val="Table1"/>
        <w:tblW w:w="974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9746"/>
      </w:tblGrid>
      <w:tr>
        <w:trPr/>
        <w:tc>
          <w:tcPr>
            <w:tcW w:w="9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 w:val="clear"/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TÍTULO DO TRABALHO</w:t>
            </w:r>
          </w:p>
        </w:tc>
      </w:tr>
      <w:tr>
        <w:trPr/>
        <w:tc>
          <w:tcPr>
            <w:tcW w:w="9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[Digite o título do trabalho]</w:t>
            </w:r>
          </w:p>
        </w:tc>
      </w:tr>
    </w:tbl>
    <w:p>
      <w:pPr>
        <w:pStyle w:val="Ttulo1"/>
        <w:rPr/>
      </w:pPr>
      <w:r>
        <w:rPr/>
        <w:t>2. Integrantes da equipe</w:t>
      </w:r>
    </w:p>
    <w:tbl>
      <w:tblPr>
        <w:tblStyle w:val="Table2"/>
        <w:tblW w:w="974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3249"/>
        <w:gridCol w:w="3249"/>
        <w:gridCol w:w="3249"/>
      </w:tblGrid>
      <w:tr>
        <w:trPr/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 w:val="clear"/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Nº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 w:val="clear"/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Nome completo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 w:val="clear"/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Curso / Turma</w:t>
            </w:r>
          </w:p>
        </w:tc>
      </w:tr>
      <w:tr>
        <w:trPr/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1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[Nome completo]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[Curso / Turma]</w:t>
            </w:r>
          </w:p>
        </w:tc>
      </w:tr>
      <w:tr>
        <w:trPr/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2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[Nome completo]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[Curso / Turma]</w:t>
            </w:r>
          </w:p>
        </w:tc>
      </w:tr>
      <w:tr>
        <w:trPr/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3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[Nome completo]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[Curso / Turma]</w:t>
            </w:r>
          </w:p>
        </w:tc>
      </w:tr>
      <w:tr>
        <w:trPr/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4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[Nome completo]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[Curso / Turma]</w:t>
            </w:r>
          </w:p>
        </w:tc>
      </w:tr>
      <w:tr>
        <w:trPr/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5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[Nome completo]</w:t>
            </w:r>
          </w:p>
        </w:tc>
        <w:tc>
          <w:tcPr>
            <w:tcW w:w="3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[Curso / Turma]</w:t>
            </w:r>
          </w:p>
        </w:tc>
      </w:tr>
    </w:tbl>
    <w:p>
      <w:pPr>
        <w:pStyle w:val="Normal1"/>
        <w:rPr/>
      </w:pPr>
      <w:r>
        <w:rPr/>
        <w:t>Máximo de 5 integrantes. Todos devem ser estudantes dos cursos técnicos integrados ao Ensino Médio.</w:t>
      </w:r>
    </w:p>
    <w:p>
      <w:pPr>
        <w:pStyle w:val="Ttulo1"/>
        <w:rPr/>
      </w:pPr>
      <w:r>
        <w:rPr/>
        <w:t>3. Resumo do trabalho</w:t>
      </w:r>
    </w:p>
    <w:p>
      <w:pPr>
        <w:pStyle w:val="Normal1"/>
        <w:rPr/>
      </w:pPr>
      <w:r>
        <w:rPr/>
        <w:t>Escreva um resumo com até 300 caracteres:</w:t>
      </w:r>
    </w:p>
    <w:tbl>
      <w:tblPr>
        <w:tblStyle w:val="Table3"/>
        <w:tblW w:w="9746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9746"/>
      </w:tblGrid>
      <w:tr>
        <w:trPr/>
        <w:tc>
          <w:tcPr>
            <w:tcW w:w="9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7F7F7" w:val="clear"/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br/>
              <w:t>[Digite aqui o resumo do trabalho — máximo de 300 caracteres]</w:t>
              <w:br/>
              <w:br/>
            </w:r>
          </w:p>
        </w:tc>
      </w:tr>
    </w:tbl>
    <w:p>
      <w:pPr>
        <w:pStyle w:val="Ttulo1"/>
        <w:rPr/>
      </w:pPr>
      <w:r>
        <w:rPr/>
        <w:t>4. Responsável pela submissão</w:t>
      </w:r>
    </w:p>
    <w:tbl>
      <w:tblPr>
        <w:tblStyle w:val="Table4"/>
        <w:tblW w:w="974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00"/>
      </w:tblPr>
      <w:tblGrid>
        <w:gridCol w:w="4873"/>
        <w:gridCol w:w="4872"/>
      </w:tblGrid>
      <w:tr>
        <w:trPr/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 w:val="clear"/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Nome do responsável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[Nome completo]</w:t>
            </w:r>
          </w:p>
        </w:tc>
      </w:tr>
      <w:tr>
        <w:trPr/>
        <w:tc>
          <w:tcPr>
            <w:tcW w:w="4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 w:val="clear"/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Curso / Turma</w:t>
            </w:r>
          </w:p>
        </w:tc>
        <w:tc>
          <w:tcPr>
            <w:tcW w:w="4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[Curso / Turma]</w:t>
            </w:r>
          </w:p>
        </w:tc>
      </w:tr>
      <w:tr>
        <w:trPr/>
        <w:tc>
          <w:tcPr>
            <w:tcW w:w="48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D9EAF7" w:val="clear"/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  <w:t>Orientador(a)</w:t>
            </w:r>
          </w:p>
        </w:tc>
        <w:tc>
          <w:tcPr>
            <w:tcW w:w="48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widowControl w:val="false"/>
              <w:spacing w:before="0" w:after="200"/>
              <w:rPr/>
            </w:pPr>
            <w:r>
              <w:rPr/>
            </w:r>
          </w:p>
        </w:tc>
      </w:tr>
    </w:tbl>
    <w:p>
      <w:pPr>
        <w:pStyle w:val="Normal1"/>
        <w:rPr/>
      </w:pPr>
      <w:r>
        <w:rPr/>
      </w:r>
    </w:p>
    <w:p>
      <w:pPr>
        <w:pStyle w:val="Normal1"/>
        <w:rPr/>
      </w:pPr>
      <w:r>
        <w:rPr>
          <w:b/>
          <w:bCs/>
        </w:rPr>
        <w:t>Prazo para submissão: 12 a 16 de outubro de 2026.</w:t>
      </w:r>
    </w:p>
    <w:p>
      <w:pPr>
        <w:pStyle w:val="Normal1"/>
        <w:widowControl/>
        <w:bidi w:val="0"/>
        <w:spacing w:lineRule="auto" w:line="276" w:before="0" w:after="200"/>
        <w:jc w:val="left"/>
        <w:rPr/>
      </w:pPr>
      <w:r>
        <w:rPr/>
        <w:t>A apresentação será realizada no Bloco do Ensino Médio, com 1 mesa disponível para cada estudante.</w:t>
      </w:r>
    </w:p>
    <w:sectPr>
      <w:type w:val="nextPage"/>
      <w:pgSz w:w="12240" w:h="15840"/>
      <w:pgMar w:left="1247" w:right="1247" w:gutter="0" w:header="0" w:top="1134" w:footer="0" w:bottom="1134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</w:fonts>
</file>

<file path=word/settings.xml><?xml version="1.0" encoding="utf-8"?>
<w:settings xmlns:w="http://schemas.openxmlformats.org/wordprocessingml/2006/main">
  <w:zoom w:percent="13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tulo1">
    <w:name w:val="Heading 1"/>
    <w:basedOn w:val="Normal1"/>
    <w:next w:val="Normal1"/>
    <w:qFormat/>
    <w:pPr>
      <w:keepNext w:val="true"/>
      <w:keepLines/>
      <w:spacing w:lineRule="auto" w:line="240" w:before="480" w:after="0"/>
    </w:pPr>
    <w:rPr>
      <w:rFonts w:ascii="Arial" w:hAnsi="Arial" w:eastAsia="Arial" w:cs="Arial"/>
      <w:b/>
      <w:bCs/>
      <w:color w:val="366091"/>
      <w:sz w:val="28"/>
      <w:szCs w:val="28"/>
    </w:rPr>
  </w:style>
  <w:style w:type="paragraph" w:styleId="Ttulo2">
    <w:name w:val="Heading 2"/>
    <w:basedOn w:val="Normal1"/>
    <w:next w:val="Normal1"/>
    <w:qFormat/>
    <w:pPr>
      <w:keepNext w:val="true"/>
      <w:keepLines/>
      <w:spacing w:lineRule="auto" w:line="240" w:before="200" w:after="0"/>
    </w:pPr>
    <w:rPr>
      <w:rFonts w:ascii="Arial" w:hAnsi="Arial" w:eastAsia="Arial" w:cs="Arial"/>
      <w:b/>
      <w:bCs/>
      <w:color w:val="4F81BD"/>
      <w:sz w:val="24"/>
      <w:szCs w:val="24"/>
    </w:rPr>
  </w:style>
  <w:style w:type="paragraph" w:styleId="Ttulo3">
    <w:name w:val="Heading 3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b/>
      <w:bCs/>
      <w:color w:val="4F81BD"/>
    </w:rPr>
  </w:style>
  <w:style w:type="paragraph" w:styleId="Ttulo4">
    <w:name w:val="Heading 4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b/>
      <w:bCs/>
      <w:i/>
      <w:iCs/>
      <w:color w:val="4F81BD"/>
    </w:rPr>
  </w:style>
  <w:style w:type="paragraph" w:styleId="Ttulo5">
    <w:name w:val="Heading 5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color w:val="243F61"/>
    </w:rPr>
  </w:style>
  <w:style w:type="paragraph" w:styleId="Ttulo6">
    <w:name w:val="Heading 6"/>
    <w:basedOn w:val="Normal1"/>
    <w:next w:val="Normal1"/>
    <w:qFormat/>
    <w:pPr>
      <w:keepNext w:val="true"/>
      <w:keepLines/>
      <w:spacing w:lineRule="auto" w:line="240" w:before="200" w:after="0"/>
    </w:pPr>
    <w:rPr>
      <w:rFonts w:ascii="Calibri" w:hAnsi="Calibri" w:eastAsia="Calibri" w:cs="Calibri"/>
      <w:i/>
      <w:iCs/>
      <w:color w:val="243F61"/>
    </w:rPr>
  </w:style>
  <w:style w:type="paragraph" w:styleId="Ttulo7">
    <w:name w:val="Heading 7"/>
    <w:basedOn w:val="Normal1"/>
    <w:next w:val="Normal1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Ttulo8">
    <w:name w:val="Heading 8"/>
    <w:basedOn w:val="Normal1"/>
    <w:next w:val="Normal1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tulo9">
    <w:name w:val="Heading 9"/>
    <w:basedOn w:val="Normal1"/>
    <w:next w:val="Normal1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Nfase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1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1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Normal1" w:default="1">
    <w:name w:val="LO-normal"/>
    <w:qFormat/>
    <w:pPr>
      <w:widowControl/>
      <w:bidi w:val="0"/>
      <w:spacing w:lineRule="auto" w:line="276" w:before="0" w:after="20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tulododocumento">
    <w:name w:val="Title"/>
    <w:basedOn w:val="Normal1"/>
    <w:next w:val="Normal1"/>
    <w:qFormat/>
    <w:pPr>
      <w:pBdr>
        <w:bottom w:val="single" w:sz="8" w:space="4" w:color="4F81BD"/>
      </w:pBdr>
      <w:spacing w:lineRule="auto" w:line="240" w:before="0" w:after="300"/>
    </w:pPr>
    <w:rPr>
      <w:rFonts w:ascii="Arial" w:hAnsi="Arial" w:eastAsia="Arial" w:cs="Arial"/>
      <w:color w:val="17365D"/>
      <w:sz w:val="36"/>
      <w:szCs w:val="36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Normal1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Rodap">
    <w:name w:val="Footer"/>
    <w:basedOn w:val="Normal1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ListParagraph">
    <w:name w:val="List Paragraph"/>
    <w:basedOn w:val="Normal1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1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1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a2">
    <w:name w:val="List Bullet 3"/>
    <w:basedOn w:val="Normal1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a3">
    <w:name w:val="List Bullet 4"/>
    <w:basedOn w:val="Normal1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1"/>
    <w:uiPriority w:val="99"/>
    <w:unhideWhenUsed/>
    <w:qFormat/>
    <w:rsid w:val="00326f90"/>
    <w:pPr>
      <w:spacing w:before="0" w:after="200"/>
      <w:contextualSpacing/>
    </w:pPr>
    <w:rPr/>
  </w:style>
  <w:style w:type="paragraph" w:styleId="ListBullet2">
    <w:name w:val="List Bullet 2"/>
    <w:basedOn w:val="Normal1"/>
    <w:uiPriority w:val="99"/>
    <w:unhideWhenUsed/>
    <w:qFormat/>
    <w:rsid w:val="00326f90"/>
    <w:pPr>
      <w:spacing w:before="0" w:after="200"/>
      <w:contextualSpacing/>
    </w:pPr>
    <w:rPr/>
  </w:style>
  <w:style w:type="paragraph" w:styleId="ListBullet3">
    <w:name w:val="List Bullet 3"/>
    <w:basedOn w:val="Normal1"/>
    <w:uiPriority w:val="99"/>
    <w:unhideWhenUsed/>
    <w:qFormat/>
    <w:rsid w:val="00326f90"/>
    <w:pPr>
      <w:spacing w:before="0" w:after="200"/>
      <w:contextualSpacing/>
    </w:pPr>
    <w:rPr/>
  </w:style>
  <w:style w:type="paragraph" w:styleId="ListNumber">
    <w:name w:val="List Number"/>
    <w:basedOn w:val="Normal1"/>
    <w:uiPriority w:val="99"/>
    <w:unhideWhenUsed/>
    <w:qFormat/>
    <w:rsid w:val="00326f90"/>
    <w:pPr>
      <w:spacing w:before="0" w:after="200"/>
      <w:contextualSpacing/>
    </w:pPr>
    <w:rPr/>
  </w:style>
  <w:style w:type="paragraph" w:styleId="ListNumber2">
    <w:name w:val="List Number 2"/>
    <w:basedOn w:val="Normal1"/>
    <w:uiPriority w:val="99"/>
    <w:unhideWhenUsed/>
    <w:qFormat/>
    <w:rsid w:val="0029639d"/>
    <w:pPr>
      <w:spacing w:before="0" w:after="200"/>
      <w:contextualSpacing/>
    </w:pPr>
    <w:rPr/>
  </w:style>
  <w:style w:type="paragraph" w:styleId="ListNumber3">
    <w:name w:val="List Number 3"/>
    <w:basedOn w:val="Normal1"/>
    <w:uiPriority w:val="99"/>
    <w:unhideWhenUsed/>
    <w:qFormat/>
    <w:rsid w:val="0029639d"/>
    <w:pPr>
      <w:spacing w:before="0" w:after="200"/>
      <w:contextualSpacing/>
    </w:pPr>
    <w:rPr/>
  </w:style>
  <w:style w:type="paragraph" w:styleId="ListContinue">
    <w:name w:val="List Continue"/>
    <w:basedOn w:val="Normal1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1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1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Arial" w:cs="Arial"/>
      <w:color w:val="auto"/>
      <w:kern w:val="0"/>
      <w:sz w:val="20"/>
      <w:szCs w:val="20"/>
      <w:lang w:val="en-US" w:eastAsia="zh-CN" w:bidi="hi-IN"/>
    </w:rPr>
  </w:style>
  <w:style w:type="paragraph" w:styleId="Quote">
    <w:name w:val="Quote"/>
    <w:basedOn w:val="Normal1"/>
    <w:next w:val="Normal1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1"/>
    <w:next w:val="Normal1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1"/>
    <w:next w:val="Normal1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Ttulodondicealfabtico">
    <w:name w:val="Index Heading"/>
    <w:basedOn w:val="Ttulo"/>
    <w:pPr/>
    <w:rPr/>
  </w:style>
  <w:style w:type="paragraph" w:styleId="Ttulodosumrio">
    <w:name w:val="TOC Heading"/>
    <w:basedOn w:val="Ttulo1"/>
    <w:next w:val="Normal1"/>
    <w:uiPriority w:val="39"/>
    <w:semiHidden/>
    <w:unhideWhenUsed/>
    <w:qFormat/>
    <w:rsid w:val="00fc693f"/>
    <w:pPr/>
    <w:rPr/>
  </w:style>
  <w:style w:type="paragraph" w:styleId="Subttulo">
    <w:name w:val="Subtitle"/>
    <w:basedOn w:val="Normal1"/>
    <w:next w:val="Normal1"/>
    <w:qFormat/>
    <w:pPr/>
    <w:rPr>
      <w:rFonts w:ascii="Calibri" w:hAnsi="Calibri" w:eastAsia="Calibri" w:cs="Calibri"/>
      <w:i/>
      <w:iCs/>
      <w:color w:val="4F81BD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 w:sz="0" w:space="0"/>
          <w:bottom w:val="single" w:color="000000" w:themeColor="text1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 w:sz="0" w:space="0"/>
          <w:bottom w:val="single" w:color="000000" w:themeColor="text1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 w:sz="0" w:space="0"/>
          <w:bottom w:val="single" w:color="4F81BD" w:themeColor="accent1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 w:sz="0" w:space="0"/>
          <w:bottom w:val="single" w:color="4F81BD" w:themeColor="accent1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 w:sz="0" w:space="0"/>
          <w:bottom w:val="single" w:color="C0504D" w:themeColor="accent2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 w:sz="0" w:space="0"/>
          <w:bottom w:val="single" w:color="C0504D" w:themeColor="accent2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 w:sz="0" w:space="0"/>
          <w:bottom w:val="single" w:color="9BBB59" w:themeColor="accent3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 w:sz="0" w:space="0"/>
          <w:bottom w:val="single" w:color="9BBB59" w:themeColor="accent3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 w:sz="0" w:space="0"/>
          <w:bottom w:val="single" w:color="8064A2" w:themeColor="accent4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 w:sz="0" w:space="0"/>
          <w:bottom w:val="single" w:color="8064A2" w:themeColor="accent4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 w:sz="0" w:space="0"/>
          <w:bottom w:val="single" w:color="4BACC6" w:themeColor="accent5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 w:sz="0" w:space="0"/>
          <w:bottom w:val="single" w:color="4BACC6" w:themeColor="accent5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 w:sz="0" w:space="0"/>
          <w:bottom w:val="single" w:color="F79646" w:themeColor="accent6" w:sz="8" w:space="0"/>
          <w:right w:val="nil" w:sz="0" w:space="0"/>
          <w:insideH w:val="nil" w:sz="0" w:space="0"/>
          <w:insideV w:val="nil" w:sz="0" w:space="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 w:sz="0" w:space="0"/>
          <w:bottom w:val="single" w:color="F79646" w:themeColor="accent6" w:sz="8" w:space="0"/>
          <w:right w:val="nil" w:sz="0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 w:sz="0" w:space="0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 w:sz="0" w:space="0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 w:sz="0" w:space="0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 w:sz="0" w:space="0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 w:sz="0" w:space="0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 w:sz="0" w:space="0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 w:sz="0" w:space="0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 w:sz="0" w:space="0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 w:sz="0" w:space="0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 w:sz="0" w:space="0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 w:sz="0" w:space="0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 w:sz="0" w:space="0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 w:sz="0" w:space="0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 w:sz="0" w:space="0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 w:sz="0" w:space="0"/>
          <w:insideV w:val="nil" w:sz="0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 w:sz="0" w:space="0"/>
          <w:insideV w:val="nil" w:sz="0" w:space="0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 w:sz="0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 w:sz="0" w:space="0"/>
          <w:bottom w:val="single" w:color="auto" w:sz="18" w:space="0"/>
          <w:right w:val="nil" w:sz="0" w:space="0"/>
          <w:insideH w:val="nil" w:sz="0" w:space="0"/>
          <w:insideV w:val="nil" w:sz="0" w:space="0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 w:sz="0" w:space="0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000000" w:themeColor="text1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000000" w:themeColor="text1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000000" w:themeColor="text1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4F81BD" w:themeColor="accent1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4F81BD" w:themeColor="accent1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4F81BD" w:themeColor="accent1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C0504D" w:themeColor="accent2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C0504D" w:themeColor="accent2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C0504D" w:themeColor="accent2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9BBB59" w:themeColor="accent3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9BBB59" w:themeColor="accent3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9BBB59" w:themeColor="accent3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8064A2" w:themeColor="accent4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8064A2" w:themeColor="accent4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8064A2" w:themeColor="accent4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4BACC6" w:themeColor="accent5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4BACC6" w:themeColor="accent5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4BACC6" w:themeColor="accent5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 w:sz="0" w:space="0"/>
          <w:left w:val="nil" w:sz="0" w:space="0"/>
          <w:bottom w:val="single" w:color="F79646" w:themeColor="accent6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79646" w:themeColor="accent6" w:sz="8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tblPr/>
      <w:tcPr>
        <w:tcBorders>
          <w:top w:val="nil" w:sz="0" w:space="0"/>
          <w:left w:val="single" w:color="F79646" w:themeColor="accent6" w:sz="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band1Vert">
      <w:tblPr/>
      <w:tcPr>
        <w:tcBorders>
          <w:left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 w:sz="0" w:space="0"/>
          <w:bottom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 w:sz="0" w:space="0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 w:sz="0" w:space="0"/>
          <w:left w:val="single" w:color="FFFFFF" w:themeColor="background1" w:sz="24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 w:sz="0" w:space="0"/>
          <w:insideV w:val="nil" w:sz="0" w:space="0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FFFFF" w:themeColor="background1" w:sz="18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 w:sz="0" w:space="0"/>
          <w:left w:val="nil" w:sz="0" w:space="0"/>
          <w:bottom w:val="nil" w:sz="0" w:space="0"/>
          <w:right w:val="single" w:color="FFFFFF" w:themeColor="background1" w:sz="18" w:space="0"/>
          <w:insideH w:val="nil" w:sz="0" w:space="0"/>
          <w:insideV w:val="nil" w:sz="0" w:space="0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 w:sz="0" w:space="0"/>
          <w:left w:val="single" w:color="FFFFFF" w:themeColor="background1" w:sz="18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C0504D" w:themeColor="accent2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000000" w:themeColor="text1" w:sz="4" w:space="0"/>
          <w:insideV w:val="nil" w:sz="0" w:space="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C0504D" w:themeColor="accent2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2C4C74" w:themeColor="accent1" w:sz="4" w:space="0"/>
          <w:insideV w:val="nil" w:sz="0" w:space="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C0504D" w:themeColor="accent2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772C2A" w:themeColor="accent2" w:sz="4" w:space="0"/>
          <w:insideV w:val="nil" w:sz="0" w:space="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8064A2" w:themeColor="accent4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5E7530" w:themeColor="accent3" w:sz="4" w:space="0"/>
          <w:insideV w:val="nil" w:sz="0" w:space="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9BBB59" w:themeColor="accent3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4C3B62" w:themeColor="accent4" w:sz="4" w:space="0"/>
          <w:insideV w:val="nil" w:sz="0" w:space="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F79646" w:themeColor="accent6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276A7C" w:themeColor="accent5" w:sz="4" w:space="0"/>
          <w:insideV w:val="nil" w:sz="0" w:space="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 w:sz="0" w:space="0"/>
          <w:left w:val="nil" w:sz="0" w:space="0"/>
          <w:bottom w:val="single" w:color="4BACC6" w:themeColor="accent5" w:sz="24" w:space="0"/>
          <w:right w:val="nil" w:sz="0" w:space="0"/>
          <w:insideH w:val="nil" w:sz="0" w:space="0"/>
          <w:insideV w:val="nil" w:sz="0" w:space="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single" w:color="B65608" w:themeColor="accent6" w:sz="4" w:space="0"/>
          <w:insideV w:val="nil" w:sz="0" w:space="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 w:sz="0" w:space="0"/>
          <w:left w:val="nil" w:sz="0" w:space="0"/>
          <w:bottom w:val="nil" w:sz="0" w:space="0"/>
          <w:right w:val="nil" w:sz="0" w:space="0"/>
          <w:insideH w:val="nil" w:sz="0" w:space="0"/>
          <w:insideV w:val="nil" w:sz="0" w:space="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eXin4gP+hPg/v6h0z8xc/7SexAw==">CgMxLjA4AHIhMXZYZVJETnZDV1A2QXVRaHlmcHJnaFFydGpYbVc4Y203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LibreOffice/7.4.0.3$Windows_X86_64 LibreOffice_project/f85e47c08ddd19c015c0114a68350214f7066f5a</Application>
  <AppVersion>15.0000</AppVersion>
  <Pages>2</Pages>
  <Words>155</Words>
  <Characters>795</Characters>
  <CharactersWithSpaces>918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/>
  <dc:language>pt-BR</dc:language>
  <cp:lastModifiedBy/>
  <dcterms:modified xsi:type="dcterms:W3CDTF">2026-10-14T19:45:59Z</dcterms:modified>
  <cp:revision>1</cp:revision>
  <dc:subject/>
  <dc:title/>
</cp:coreProperties>
</file>